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חיה וכיצד היא עוברת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הי׳ הופכת לו׳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להעביר הלאה לדור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בניין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מנהג לאפיית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היא קיימת במעשים, בקול וברגש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היא גם מה שמקבלים וגם מה שמעבירים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כל דור מוסיף משהו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כלי הוא חפץ מוחשי, אפשר לראות ולגעת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 אפשר לגעת בשפה אבל אפשר לדבר ולשמוע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דור מוסיף למורשת משהו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שמקבל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שמעביר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לראות ולגעת)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לעשות, לשמוע ולהרגיש)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מיון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חפצים, מבנים, בגדים, מסמכים. בלתי מוחשי: מנהגים, שירים, שפה, 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אנחנו מקבלים מורשת מהדורות הקודמים, ובתורנו מעבירים אותה הלאה לדורות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מה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חפץ/מבנה; דוגמה בלתי מוחשית: מנהג/שיר/שפה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העובדה שאנשים ממשיכים לעשות אותה וכל דור מוסיף לה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מנהגים משפחתיים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בלוח את השורש י־ר־ש ואת כל המילים הנגזרות ממנו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לתלמידים לשתף בעל פה את התשובות למען דיון כיתתי מעשיר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מהי מורשת, מאיזה שורש היא נגזרת ואילו סוגים של מורשת קיימים בעולם.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המשותף למילים ירושה, יורש, להוריש?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מ־ו־ר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ר־ש־ת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מורשת, איזו אות מהשורש מתחלפת?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הש׳ הופכת לת׳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הי׳ הופכת לו׳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הר׳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השורש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הוא מי שמקבל 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המשמעות של הפועל 'להוריש'?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ירושה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הלאה לדור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דוגמה שייכת למורשת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דוגמה שייכת למורשת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 לאפיית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אי אפשר לגעת במורשת בלתי מוחשית?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קיימת במעשים, בקול וברגש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לא חשובה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מה שאנחנו מקבלים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חיה נשארת חיה רק כשאנשים ממשיכים לעשות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עבודה עתיק הוא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נחשבת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דור חייב לשמר את המורשת בדיוק כפי שקיבל אותה, בלי לשנות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מה שעובר מדור לדור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להעביר הלאה לדור הבא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מורשת שאפשר לראות ולגעת בה נקראת מורשת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מורשת שאי אפשר לגעת בה אבל אפשר לעשות ולהרגיש נקראת מורשת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לעשות, לשמוע ולהרגיש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לראות ולגעת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שמקבל ירושה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מוחשי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בלתי מוחשי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שמעביר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מיון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למורשת מוחשית ושתי דוגמאות למורשת בלתי מוחשית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אומרים שמורשת היא גם מה שקיבלנו וגם מה שנעביר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ודוגמה אחת למורשת 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מורשת למורשת חיה?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