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השורש י־ר־ש ואת המילים הנגזרות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חיה וכיצד היא עוברת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הי׳ הופכת לו׳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מוחשי או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בניין היסטורי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מורשת היא גם מה שמקבלים וגם מה שמעבירים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בדף - כל דור מוסיף משהו משלו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להוריש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 מה שעובר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 שמקבל ירושה)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 שמעביר הלאה)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(אפשר לראות ולגעת)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מיון מוחשי או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חפצים, מבנים, בגדים, מסמכים. בלתי מוחשי: מנהגים, שירים, שפה, סיפורים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מה שעובר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מוחשית: חפץ/מבנה; דוגמה בלתי מוחשית: מנהג/שיר/שפה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העובדה שאנשים ממשיכים לעשות אותה וכל דור מוסיף לה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מנהגים משפחתיים לפני תחילת הדף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בלוח את השורש י־ר־ש ואת כל המילים הנגזרות ממנו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לתלמידים לשתף בעל פה את התשובות למען דיון כיתתי מעשיר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מהי מורשת, מאיזה שורש היא נגזרת ואילו סוגים של מורשת קיימים בעולם.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מורשת  ·  להוריש  ·  יורש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המשותף למילים ירושה, יורש, להוריש?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י־ר־ש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מ־ו־ר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ר־ש־ת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במילה מורשת, איזו אות מהשורש מתחלפת?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הש׳ הופכת לת׳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הי׳ הופכת לו׳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הר׳ נעלמת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מוחשי או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דוגמה שייכת למורשת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מנהג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בניין היסטורי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היא רק מה שאנחנו מקבלים מהעבר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חיה נשארת חיה רק כשאנשים ממשיכים לעשות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 מה שעובר מדור לדור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שמקבל ירושה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להעביר הלאה לדור הבא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אפשר לראות ולגעת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שמעביר הלאה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מוריש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 מה שעובר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מוחשי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 שמקבל ירושה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מיון מוחשי או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דוגמאות למורשת מוחשית ושתי דוגמאות למורשת בלתי מוחשית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למורשת מוחשית ודוגמה אחת למורשת בלתי מוחשית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מורשת?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